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93F78C" w14:textId="77777777" w:rsidR="00D32088" w:rsidRPr="001574C3" w:rsidRDefault="00000000">
      <w:pPr>
        <w:rPr>
          <w:color w:val="EE0000"/>
        </w:rPr>
      </w:pPr>
      <w:r w:rsidRPr="001574C3">
        <w:rPr>
          <w:color w:val="EE0000"/>
        </w:rPr>
        <w:t>Prénom Nom</w:t>
      </w:r>
      <w:r w:rsidRPr="001574C3">
        <w:rPr>
          <w:color w:val="EE0000"/>
        </w:rPr>
        <w:br/>
        <w:t>Adresse complète</w:t>
      </w:r>
      <w:r w:rsidRPr="001574C3">
        <w:rPr>
          <w:color w:val="EE0000"/>
        </w:rPr>
        <w:br/>
        <w:t>Code postal, Localité</w:t>
      </w:r>
      <w:r w:rsidRPr="001574C3">
        <w:rPr>
          <w:color w:val="EE0000"/>
        </w:rPr>
        <w:br/>
        <w:t>N° AVS</w:t>
      </w:r>
      <w:r w:rsidRPr="001574C3">
        <w:rPr>
          <w:color w:val="EE0000"/>
        </w:rPr>
        <w:br/>
        <w:t>Téléphone / Email</w:t>
      </w:r>
    </w:p>
    <w:p w14:paraId="238C7B3F" w14:textId="77777777" w:rsidR="00D32088" w:rsidRDefault="00D32088"/>
    <w:p w14:paraId="5F60DB01" w14:textId="77777777" w:rsidR="00D32088" w:rsidRPr="001574C3" w:rsidRDefault="00000000" w:rsidP="001574C3">
      <w:pPr>
        <w:ind w:left="5040"/>
        <w:rPr>
          <w:color w:val="EE0000"/>
        </w:rPr>
      </w:pPr>
      <w:r w:rsidRPr="001574C3">
        <w:rPr>
          <w:color w:val="EE0000"/>
        </w:rPr>
        <w:t>Nom de la caisse de pension</w:t>
      </w:r>
      <w:r w:rsidRPr="001574C3">
        <w:rPr>
          <w:color w:val="EE0000"/>
        </w:rPr>
        <w:br/>
        <w:t>Adresse de la caisse</w:t>
      </w:r>
      <w:r w:rsidRPr="001574C3">
        <w:rPr>
          <w:color w:val="EE0000"/>
        </w:rPr>
        <w:br/>
        <w:t>Code postal, Localité</w:t>
      </w:r>
    </w:p>
    <w:p w14:paraId="21BE9B45" w14:textId="77777777" w:rsidR="00D32088" w:rsidRDefault="00D32088"/>
    <w:p w14:paraId="28575ABE" w14:textId="77777777" w:rsidR="00D32088" w:rsidRPr="001574C3" w:rsidRDefault="00000000" w:rsidP="001574C3">
      <w:pPr>
        <w:ind w:left="4320" w:firstLine="720"/>
        <w:rPr>
          <w:color w:val="EE0000"/>
        </w:rPr>
      </w:pPr>
      <w:r w:rsidRPr="001574C3">
        <w:rPr>
          <w:color w:val="EE0000"/>
        </w:rPr>
        <w:t>Lieu, le [date]</w:t>
      </w:r>
    </w:p>
    <w:p w14:paraId="44A5E91B" w14:textId="77777777" w:rsidR="001574C3" w:rsidRDefault="00000000">
      <w:r>
        <w:br/>
      </w:r>
    </w:p>
    <w:p w14:paraId="3A40F919" w14:textId="4CD3708B" w:rsidR="00D32088" w:rsidRPr="001574C3" w:rsidRDefault="00000000">
      <w:pPr>
        <w:rPr>
          <w:b/>
          <w:bCs/>
        </w:rPr>
      </w:pPr>
      <w:proofErr w:type="spellStart"/>
      <w:r w:rsidRPr="001574C3">
        <w:rPr>
          <w:b/>
          <w:bCs/>
        </w:rPr>
        <w:t>Demande</w:t>
      </w:r>
      <w:proofErr w:type="spellEnd"/>
      <w:r w:rsidRPr="001574C3">
        <w:rPr>
          <w:b/>
          <w:bCs/>
        </w:rPr>
        <w:t xml:space="preserve"> de </w:t>
      </w:r>
      <w:proofErr w:type="spellStart"/>
      <w:r w:rsidRPr="001574C3">
        <w:rPr>
          <w:b/>
          <w:bCs/>
        </w:rPr>
        <w:t>versement</w:t>
      </w:r>
      <w:proofErr w:type="spellEnd"/>
      <w:r w:rsidRPr="001574C3">
        <w:rPr>
          <w:b/>
          <w:bCs/>
        </w:rPr>
        <w:t xml:space="preserve"> </w:t>
      </w:r>
      <w:proofErr w:type="spellStart"/>
      <w:r w:rsidRPr="001574C3">
        <w:rPr>
          <w:b/>
          <w:bCs/>
        </w:rPr>
        <w:t>en</w:t>
      </w:r>
      <w:proofErr w:type="spellEnd"/>
      <w:r w:rsidRPr="001574C3">
        <w:rPr>
          <w:b/>
          <w:bCs/>
        </w:rPr>
        <w:t xml:space="preserve"> capital – </w:t>
      </w:r>
      <w:proofErr w:type="spellStart"/>
      <w:r w:rsidRPr="001574C3">
        <w:rPr>
          <w:b/>
          <w:bCs/>
        </w:rPr>
        <w:t>Retraite</w:t>
      </w:r>
      <w:proofErr w:type="spellEnd"/>
    </w:p>
    <w:p w14:paraId="69A11842" w14:textId="77777777" w:rsidR="00D32088" w:rsidRDefault="00000000">
      <w:r>
        <w:br/>
        <w:t>Madame, Monsieur,</w:t>
      </w:r>
      <w:r>
        <w:br/>
      </w:r>
      <w:r>
        <w:br/>
        <w:t xml:space="preserve">Par la présente, je vous informe de ma volonté de percevoir </w:t>
      </w:r>
      <w:r w:rsidRPr="001574C3">
        <w:rPr>
          <w:color w:val="EE0000"/>
        </w:rPr>
        <w:t xml:space="preserve">50 % </w:t>
      </w:r>
      <w:r>
        <w:t>de mes avoirs de prévoyance sous forme de capital lors de ma retraite, conformément aux dispositions légales en vigueur et au règlement de votre institution.</w:t>
      </w:r>
      <w:r>
        <w:br/>
      </w:r>
      <w:r>
        <w:br/>
        <w:t>Je vous prie de bien vouloir enregistrer cette demande dans mon dossier personnel et de me confirmer les démarches à suivre ainsi que les délais à respecter pour le traitement de celle-ci.</w:t>
      </w:r>
      <w:r>
        <w:br/>
      </w:r>
      <w:r>
        <w:br/>
        <w:t>Je reste à votre disposition pour tout complément d'information ou document nécessaire à cet effet.</w:t>
      </w:r>
      <w:r>
        <w:br/>
      </w:r>
      <w:r>
        <w:br/>
        <w:t>Je vous prie d’agréer, Madame, Monsieur, l’expression de mes salutations distinguées.</w:t>
      </w:r>
      <w:r>
        <w:br/>
      </w:r>
    </w:p>
    <w:p w14:paraId="642C968F" w14:textId="7C847AF7" w:rsidR="00D32088" w:rsidRDefault="00000000">
      <w:r>
        <w:br/>
      </w:r>
      <w:r w:rsidRPr="001574C3">
        <w:rPr>
          <w:color w:val="EE0000"/>
        </w:rPr>
        <w:t>[</w:t>
      </w:r>
      <w:proofErr w:type="spellStart"/>
      <w:r w:rsidR="001574C3">
        <w:rPr>
          <w:color w:val="EE0000"/>
        </w:rPr>
        <w:t>Prénom</w:t>
      </w:r>
      <w:proofErr w:type="spellEnd"/>
      <w:r w:rsidR="001574C3">
        <w:rPr>
          <w:color w:val="EE0000"/>
        </w:rPr>
        <w:t>, nom</w:t>
      </w:r>
      <w:r w:rsidRPr="001574C3">
        <w:rPr>
          <w:color w:val="EE0000"/>
        </w:rPr>
        <w:t>]</w:t>
      </w:r>
    </w:p>
    <w:sectPr w:rsidR="00D3208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19079598">
    <w:abstractNumId w:val="8"/>
  </w:num>
  <w:num w:numId="2" w16cid:durableId="2138571120">
    <w:abstractNumId w:val="6"/>
  </w:num>
  <w:num w:numId="3" w16cid:durableId="167405081">
    <w:abstractNumId w:val="5"/>
  </w:num>
  <w:num w:numId="4" w16cid:durableId="788283995">
    <w:abstractNumId w:val="4"/>
  </w:num>
  <w:num w:numId="5" w16cid:durableId="1470980221">
    <w:abstractNumId w:val="7"/>
  </w:num>
  <w:num w:numId="6" w16cid:durableId="4092866">
    <w:abstractNumId w:val="3"/>
  </w:num>
  <w:num w:numId="7" w16cid:durableId="2109152645">
    <w:abstractNumId w:val="2"/>
  </w:num>
  <w:num w:numId="8" w16cid:durableId="1972515186">
    <w:abstractNumId w:val="1"/>
  </w:num>
  <w:num w:numId="9" w16cid:durableId="894898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9"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574C3"/>
    <w:rsid w:val="0029639D"/>
    <w:rsid w:val="00326F90"/>
    <w:rsid w:val="00841CFE"/>
    <w:rsid w:val="00AA1D8D"/>
    <w:rsid w:val="00B47730"/>
    <w:rsid w:val="00CB0664"/>
    <w:rsid w:val="00D3208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0F9EB94B"/>
  <w14:defaultImageDpi w14:val="300"/>
  <w15:docId w15:val="{4C5DCDB3-E030-3743-B83B-C62891381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  <w:rPr>
      <w:rFonts w:ascii="Arial" w:hAnsi="Arial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Davide Casellini</cp:lastModifiedBy>
  <cp:revision>2</cp:revision>
  <dcterms:created xsi:type="dcterms:W3CDTF">2013-12-23T23:15:00Z</dcterms:created>
  <dcterms:modified xsi:type="dcterms:W3CDTF">2025-06-13T11:37:00Z</dcterms:modified>
  <cp:category/>
</cp:coreProperties>
</file>